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اسما المكان والزمان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ناصر عقيل أحمد الزغول/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9789957466299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الإعجاز البلاغي/ القرآن/ إعراب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