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الزمن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جحفة/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الزمن/ الفعل/ الإحالة الزمنية/ التأويل الزمني/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