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الأضداد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ميشال مراد/ انطون قيقانو/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الراتب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9789953301747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الأضداد/ معجم/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