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تطبيقات وتدريبات في النحو والصرف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زين كامل الخويسكي/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