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عمر بن ابي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بن أبي ربيعة/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عمر بن أبي ربيعة/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