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طرفة بن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طرفة بن العبد/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