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حسان بن ثابت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حسان بن ثابت/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حسان بن ثابت الأنصاري/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