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حافظ إبراهيم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حافظ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حافظ إبراهيم/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