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إبن زيدون/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إبن زيدون/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