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ابي العتاهية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أبو العتاهية/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أبي العتاهية/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