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ابي 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أبو فراس الحمداني/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أبي فراس الحمداني/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