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الأخطاء الشائعة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فهد خليل زايد/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9789957120566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