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اسرار صناعة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كيوان/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