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ابواب القصيدة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البازعي/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