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التطبيق الصرفي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عبده الراجحي/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9789957064051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