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والتأويل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نصر حامد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التأويل/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