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اللغة العربية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سلمي بركات/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البداية ناشرون وموزعون/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262ص.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800255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اللغة العربية/ أساليب التدريس/ طرق تعليم/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