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تقنيات التعبير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سجيع الجبيلي/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المؤسسة الحديثة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800276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