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عمر إدريس عبد المطلب/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9789957501082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التراجم/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