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الخطاب وعلم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صلاح 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بلاغة الخطاب/ النص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