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النص السردي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حميد لحمداني/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الثقافي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800266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النص السردي/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