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داود غطاشة الشوابكة/ د محمد أحمد صوالح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58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