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عالية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9789957117733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أساليب التدريس/ طرق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