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الكافي في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زكريا يحي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9782745135629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البيان/ العروض/ بحور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