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وتوليد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حميد 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9789953682525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النصوص الأدبية/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