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النحو التطبيقي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أد. هادي نهر/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جدارا للكتاب العالمي/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9789957700249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