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شعراء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موسى الوحش/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9789957710156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الأندلسي/ الشعراء العرب/ التراجم/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