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النثر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إيمان الناصر/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مؤسسة الإنتشار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9789990158809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الخطاب الدلالي/ الإيقاع/ المخاض التجريبي/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