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ابن الفارض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ابن الفارض/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2745107976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ابن الفارض/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