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أبو القاسم الشابي/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9782745108067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أبي القاسم الشابي/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