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ديوان ابي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 تمام/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تمام/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