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زهير بن ابي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بن أبي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9782745108357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زهير بن أبي سلمى/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