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وصناعة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الصناعة المعجمية/ المعجم الثنائي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