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علم البيان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د. عبد العزيز عتيق/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النهضة/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230ص.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80029677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النقد الأدبي/ التحليل الأدبي/ البلاغة العربية/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