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النقد الأدبي عند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 هاشم ياغي/ أد إبراهيم السعافين/ أد صلاح جرار/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الشركة العربية المتحدة/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80036633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