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جب ال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22006311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