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رانيا 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النظرية/ التطبيق/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