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الشعر في ديوان ابي تمام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حسين الواد/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