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شرح اللمحة البدرية في 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اللمحة البدرية/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