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شرح اللمحة البدرية في علم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9789957121105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