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العروض والقوافي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سميح أبو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9789957452698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بحور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