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الامراء الامويون الشعراء في الاندلس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بيضون/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الأندلس/ الأمراء/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