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الأعمال الشعرية عزالدين المناصرة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عز الدين المناصرة/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مجدلاوي/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9950007022189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