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نجيب محفوظ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عودة الله منيع القيسي/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800397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