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فاضل صالح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9789957072827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