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عاطف علبي/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9789953515083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الحضارة الأوروبية/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