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الأنا في شعر الأعشى الكبير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حسين الواد/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الأنا/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