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في البلاغة العربية(N°:None)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9789953445113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