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أمين أبو 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البركة/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9799957414671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الإعجاز البلاغي/ البيان/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