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ظاهر شوكت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أدوات الإعراب/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